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8900" cy="10058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0890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sectPr w:rsidR="00FC693F" w:rsidRPr="0006063C" w:rsidSect="00034616">
      <w:pgSz w:w="12133" w:h="15840"/>
      <w:pgMar w:top="240" w:right="240" w:bottom="240" w:left="2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